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jc w:val="center"/>
      </w:pPr>
      <w:r>
        <w:rPr>
          <w:b/>
          <w:sz w:val="30"/>
        </w:rPr>
        <w:t>消防设施操作员“三级/高级工”职业技能鉴定申报承诺书</w:t>
      </w:r>
    </w:p>
    <w:p>
      <w:pPr>
        <w:spacing w:after="80" w:line="336" w:lineRule="auto"/>
      </w:pPr>
      <w:r>
        <w:rPr>
          <w:b w:val="0"/>
        </w:rPr>
        <w:t>本人郑重承诺：</w:t>
      </w:r>
    </w:p>
    <w:p>
      <w:pPr>
        <w:spacing w:after="80" w:line="336" w:lineRule="auto"/>
        <w:ind w:firstLine="420"/>
      </w:pPr>
      <w:r>
        <w:rPr>
          <w:b w:val="0"/>
        </w:rPr>
        <w:t>1. 本人姓名：__________，身份证号码：______________________。现申报消防设施操作员三级/高级工职业技能鉴定。本人知晓：根据《消防设施操作员国家职业技能标准（2019年版）》《国家职业标准编制技术规程（2023年版）》，申报消防设施操作员三级/高级工职业技能鉴定，应当符合职业能力特征（具有较好的观察、分析、判断、表达和计算能力，空间感、形体知觉、色觉、视觉、嗅觉、听觉正常，四肢健全，手指、手臂灵活，动作协调），高中毕业（或同等学力），并具备以下条件之一：（1）累计从事本职业或相关职业工作满10年。（2）取得本职业或相关职业四级/中级工职业资格（职业技能等级）证书后，累计从事本职业或相关职业工作满4年。（3）取得符合专业对应关系的初级职称（专业技术人员职业资格）后，累计从事本职业或相关职业工作满1年。（4）取得本专业或相关专业的技工院校高级工班及以上毕业证书（含在读应届毕业生）。（5）取得本职业或相关职业四级/中级工职业资格（职业技能等级）证书，并取得高等职业学校、专科及以上普通高等学校本专业或相关专业毕业证书（含在读应届毕业生）。（6）取得经评估论证的高等职业学校、专科及以上普通高等学校本专业或相关专业的毕业证书（含在读应届毕业生）。</w:t>
      </w:r>
    </w:p>
    <w:p>
      <w:pPr>
        <w:spacing w:after="80" w:line="336" w:lineRule="auto"/>
        <w:ind w:firstLine="420"/>
      </w:pPr>
      <w:r>
        <w:rPr>
          <w:b w:val="0"/>
        </w:rPr>
        <w:t>2. 本人承诺符合职业能力特征，具备高中毕业（或同等学力），并具备上述条件之一：（1）□　（2）□　（3）□　（4）□　（5）□　（6）□（请在对应项勾选），累计从事消防设施操作员职业或相关职业工作______年（请在下表填写工作经历）。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9"/>
              </w:rPr>
              <w:t>工作起始时间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9"/>
              </w:rPr>
              <w:t>工作结束时间</w:t>
            </w:r>
          </w:p>
        </w:tc>
        <w:tc>
          <w:tcPr>
            <w:tcW w:type="dxa" w:w="1191"/>
          </w:tcPr>
          <w:p>
            <w:pPr>
              <w:jc w:val="center"/>
            </w:pPr>
            <w:r/>
            <w:r>
              <w:rPr>
                <w:b/>
                <w:sz w:val="19"/>
              </w:rPr>
              <w:t>工作时间小计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9"/>
              </w:rPr>
              <w:t>工作单位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9"/>
              </w:rPr>
              <w:t>岗位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/>
                <w:sz w:val="19"/>
              </w:rPr>
              <w:t>证明人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9"/>
              </w:rPr>
              <w:t>证明人联系方式（选填）</w:t>
            </w:r>
          </w:p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  <w:tr>
        <w:trPr>
          <w:trHeight w:val="510"/>
        </w:trPr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sz w:val="19"/>
              </w:rPr>
              <w:t>年　 月</w:t>
            </w:r>
            <w:r>
              <w:rPr>
                <w:sz w:val="19"/>
              </w:rPr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04"/>
          </w:tcPr>
          <w:p/>
        </w:tc>
      </w:tr>
    </w:tbl>
    <w:p>
      <w:pPr>
        <w:spacing w:after="0" w:line="336" w:lineRule="auto"/>
      </w:pPr>
      <w:r>
        <w:rPr>
          <w:b w:val="0"/>
          <w:sz w:val="19"/>
        </w:rPr>
        <w:t>注1：工作起始、结束时间，请按“xxxx年xx月”的格式填写；“工作时间小计”准确到月，如“2年3个月”。</w:t>
      </w:r>
    </w:p>
    <w:p>
      <w:pPr>
        <w:spacing w:after="0" w:line="336" w:lineRule="auto"/>
      </w:pPr>
      <w:r>
        <w:rPr>
          <w:b w:val="0"/>
          <w:sz w:val="19"/>
        </w:rPr>
        <w:t>注2：单位名称，请填写全称。</w:t>
      </w:r>
    </w:p>
    <w:p>
      <w:pPr>
        <w:spacing w:after="0" w:line="336" w:lineRule="auto"/>
      </w:pPr>
      <w:r>
        <w:rPr>
          <w:b w:val="0"/>
          <w:sz w:val="19"/>
        </w:rPr>
        <w:t>注3：证明人联系方式为选填项，有助于鉴定机构核查，可以填写手机或固定电话。</w:t>
      </w:r>
    </w:p>
    <w:p/>
    <w:p>
      <w:pPr>
        <w:spacing w:after="80" w:line="336" w:lineRule="auto"/>
        <w:ind w:firstLine="420"/>
      </w:pPr>
      <w:r>
        <w:rPr>
          <w:b w:val="0"/>
        </w:rPr>
        <w:t>3. 本人知晓，根据人力资源和社会保障部《技能人才评价违纪违规行为处理工作指引（试行）》，“通过虚假承诺、提供虚假材料以及其他非正当手段取得参加评价资格的”，将被处以“取消其当次全部科目评价成绩。情节轻微的，2年内不得参加评价；情节严重的，5年内不得参加评价，并依据有关法律法规移送有关部门。”的规定，承诺各项申报材料真实可信。</w:t>
      </w:r>
    </w:p>
    <w:p>
      <w:pPr>
        <w:spacing w:after="80" w:line="336" w:lineRule="auto"/>
        <w:ind w:firstLine="420"/>
      </w:pPr>
      <w:r>
        <w:rPr>
          <w:b w:val="0"/>
        </w:rPr>
        <w:t>4. 本人承诺，在参加鉴定考试过程中，遵守考试纪律和考场规则，服从考务管理。如出现违规、违纪行为，自愿接受处理。</w:t>
      </w:r>
    </w:p>
    <w:p>
      <w:pPr>
        <w:spacing w:after="360" w:line="336" w:lineRule="auto"/>
        <w:ind w:firstLine="420"/>
      </w:pPr>
      <w:r>
        <w:rPr>
          <w:b w:val="0"/>
        </w:rPr>
        <w:t>上述承诺，是我本人意思的真实表达，我接受鉴定机构对上述承诺的核查和对虚假失实承诺的处理，承担相应的法律责任。</w:t>
      </w:r>
    </w:p>
    <w:p>
      <w:pPr>
        <w:spacing w:after="80" w:line="336" w:lineRule="auto"/>
        <w:jc w:val="right"/>
      </w:pPr>
      <w:r>
        <w:rPr>
          <w:b w:val="0"/>
        </w:rPr>
        <w:t>承诺人（签名）：________________</w:t>
      </w:r>
    </w:p>
    <w:p>
      <w:pPr>
        <w:spacing w:after="360" w:line="336" w:lineRule="auto"/>
        <w:jc w:val="right"/>
      </w:pPr>
      <w:r>
        <w:rPr>
          <w:b w:val="0"/>
        </w:rPr>
        <w:t>年　　月　　日</w:t>
      </w:r>
    </w:p>
    <w:p>
      <w:pPr>
        <w:spacing w:after="0" w:line="336" w:lineRule="auto"/>
      </w:pPr>
      <w:r>
        <w:rPr>
          <w:b w:val="0"/>
          <w:sz w:val="17"/>
        </w:rPr>
        <w:t>说明：本模板按上海市消防救援总队消防行业职业技能鉴定站《报名指导手册》整理，供提前填写参考；报名时以消防职业技能鉴定考试网（xfhyjd.119.gov.cn）与鉴定站发布的最新模板为准。整理：消考驿站 57188.cn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